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  <w:jc w:val="center"/>
      </w:pPr>
      <w:r>
        <w:rPr>
          <w:b/>
          <w:i w:val="0"/>
          <w:color w:val="1F4E79"/>
          <w:sz w:val="34"/>
        </w:rPr>
        <w:t>Activity 3: Reasons, Details, and Transitions</w:t>
      </w:r>
    </w:p>
    <w:p>
      <w:pPr>
        <w:spacing w:after="160" w:before="0"/>
        <w:jc w:val="center"/>
      </w:pPr>
      <w:r>
        <w:rPr>
          <w:b w:val="0"/>
          <w:i/>
          <w:color w:val="666666"/>
          <w:sz w:val="20"/>
        </w:rPr>
        <w:t>Grade 5/6 Language Arts  -  Building a Strong Paragraph</w:t>
      </w:r>
    </w:p>
    <w:p>
      <w:pPr>
        <w:spacing w:after="160" w:before="0"/>
      </w:pPr>
      <w:r>
        <w:rPr>
          <w:b w:val="0"/>
          <w:i w:val="0"/>
          <w:sz w:val="22"/>
        </w:rPr>
        <w:t>Name: ______________________________     Date: ________________</w:t>
      </w:r>
    </w:p>
    <w:p>
      <w:pPr>
        <w:spacing w:after="120" w:before="0"/>
      </w:pPr>
      <w:r>
        <w:rPr>
          <w:b w:val="0"/>
          <w:i/>
          <w:color w:val="666666"/>
          <w:sz w:val="21"/>
        </w:rPr>
        <w:t>Lesson 3 practice. Build a strong body.</w:t>
      </w:r>
    </w:p>
    <w:p>
      <w:pPr>
        <w:spacing w:after="160" w:before="0"/>
      </w:pPr>
      <w:r>
        <w:rPr>
          <w:b w:val="0"/>
          <w:i w:val="0"/>
          <w:color w:val="666666"/>
          <w:sz w:val="21"/>
        </w:rPr>
        <w:t>Transition word bank: First, Second, Also, Another reason, In addition, For example, Most importantly, Finally.</w:t>
      </w:r>
    </w:p>
    <w:p>
      <w:pPr>
        <w:spacing w:after="80" w:before="0"/>
      </w:pPr>
      <w:r>
        <w:rPr>
          <w:b/>
          <w:i w:val="0"/>
          <w:sz w:val="22"/>
        </w:rPr>
        <w:t>Part A. Add a detail or example to each reason.</w:t>
      </w:r>
    </w:p>
    <w:p>
      <w:pPr>
        <w:spacing w:after="80" w:before="0"/>
      </w:pPr>
      <w:r>
        <w:rPr>
          <w:b w:val="0"/>
          <w:i/>
          <w:sz w:val="22"/>
        </w:rPr>
        <w:t>Opinion: Our class should have a pet fish.</w:t>
      </w:r>
    </w:p>
    <w:p>
      <w:pPr>
        <w:spacing w:after="40" w:before="0"/>
      </w:pPr>
      <w:r>
        <w:rPr>
          <w:b w:val="0"/>
          <w:i w:val="0"/>
          <w:sz w:val="22"/>
        </w:rPr>
        <w:t>Reason: A pet teaches responsibility.   Detail:</w:t>
      </w:r>
    </w:p>
    <w:p>
      <w:pPr>
        <w:spacing w:after="8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40" w:before="0"/>
      </w:pPr>
      <w:r>
        <w:rPr>
          <w:b w:val="0"/>
          <w:i w:val="0"/>
          <w:sz w:val="22"/>
        </w:rPr>
        <w:t>Reason: A fish is calming to watch.   Detail: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80" w:before="0"/>
      </w:pPr>
      <w:r>
        <w:rPr>
          <w:b/>
          <w:i w:val="0"/>
          <w:sz w:val="22"/>
        </w:rPr>
        <w:t>Part B. Add a transition word to start each sentence:</w:t>
      </w:r>
    </w:p>
    <w:p>
      <w:pPr>
        <w:spacing w:after="80" w:before="0"/>
      </w:pPr>
      <w:r>
        <w:rPr>
          <w:b w:val="0"/>
          <w:i w:val="0"/>
          <w:sz w:val="22"/>
        </w:rPr>
        <w:t>________ , a fish is easy to care for.</w:t>
      </w:r>
    </w:p>
    <w:p>
      <w:pPr>
        <w:spacing w:after="120" w:before="0"/>
      </w:pPr>
      <w:r>
        <w:rPr>
          <w:b w:val="0"/>
          <w:i w:val="0"/>
          <w:sz w:val="22"/>
        </w:rPr>
        <w:t>________ , it does not make noise.</w:t>
      </w:r>
    </w:p>
    <w:p>
      <w:pPr>
        <w:spacing w:after="80" w:before="0"/>
      </w:pPr>
      <w:r>
        <w:rPr>
          <w:b/>
          <w:i w:val="0"/>
          <w:sz w:val="22"/>
        </w:rPr>
        <w:t>Part C. Unity check. One sentence does NOT belong. Cross it out:</w:t>
      </w:r>
    </w:p>
    <w:p>
      <w:pPr>
        <w:spacing w:after="120" w:before="0"/>
      </w:pPr>
      <w:r>
        <w:rPr>
          <w:b w:val="0"/>
          <w:i w:val="0"/>
          <w:sz w:val="22"/>
        </w:rPr>
        <w:t>Skateboarding is great exercise. It builds balance and strength. My cousin has a red bike. It is also a fun way to see friends.</w:t>
      </w:r>
    </w:p>
    <w:p>
      <w:pPr>
        <w:spacing w:after="80" w:before="0"/>
      </w:pPr>
      <w:r>
        <w:rPr>
          <w:b/>
          <w:i w:val="0"/>
          <w:sz w:val="22"/>
        </w:rPr>
        <w:t>Grade 6 challenge: write one more reason with a transition word and a detail: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